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rFonts w:ascii="Arial" w:hAnsi="Arial"/>
          <w:b/>
          <w:sz w:val="32"/>
        </w:rPr>
        <w:t>Gîtes autour de PLEURE (jusqu’à 10 km)</w:t>
      </w:r>
    </w:p>
    <w:p>
      <w:pPr>
        <w:jc w:val="center"/>
      </w:pPr>
      <w:r>
        <w:rPr>
          <w:i/>
          <w:sz w:val="20"/>
        </w:rPr>
        <w:t>Base de travail pour site Internet – avec photos disponibles</w:t>
      </w:r>
    </w:p>
    <w:p>
      <w:pPr>
        <w:jc w:val="center"/>
      </w:pPr>
      <w:r>
        <w:rPr>
          <w:sz w:val="18"/>
        </w:rPr>
        <w:t>Mise à jour : 21/03/2026</w:t>
      </w:r>
    </w:p>
    <w:p>
      <w:pPr>
        <w:spacing w:after="160"/>
      </w:pPr>
      <w:r>
        <w:rPr>
          <w:b/>
        </w:rPr>
        <w:t xml:space="preserve">Remarque : </w:t>
      </w:r>
      <w:r>
        <w:t>les prix sont indicatifs quand ils proviennent d’annonces publiques ; certaines cases restent à compléter au téléphone. Une photo a été intégrée quand une image claire du gîte a pu être récupérée depuis la page du gîte ou de son annonce.</w:t>
      </w:r>
    </w:p>
    <w:p>
      <w:pPr>
        <w:spacing w:before="160" w:after="80"/>
      </w:pPr>
      <w:r>
        <w:rPr>
          <w:b/>
          <w:color w:val="1F4E79"/>
          <w:sz w:val="26"/>
        </w:rPr>
        <w:t>Gatey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457"/>
        <w:gridCol w:w="1457"/>
        <w:gridCol w:w="1457"/>
        <w:gridCol w:w="1457"/>
        <w:gridCol w:w="1457"/>
        <w:gridCol w:w="1457"/>
        <w:gridCol w:w="1457"/>
      </w:tblGrid>
      <w:tr>
        <w:trPr>
          <w:tblHeader w:val="true"/>
        </w:trPr>
        <w:tc>
          <w:tcPr>
            <w:tcW w:type="dxa" w:w="187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Gîte</w:t>
            </w:r>
          </w:p>
        </w:tc>
        <w:tc>
          <w:tcPr>
            <w:tcW w:type="dxa" w:w="2154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Adresse / lieu</w:t>
            </w:r>
          </w:p>
        </w:tc>
        <w:tc>
          <w:tcPr>
            <w:tcW w:type="dxa" w:w="153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Téléphone</w:t>
            </w:r>
          </w:p>
        </w:tc>
        <w:tc>
          <w:tcPr>
            <w:tcW w:type="dxa" w:w="238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Prix indicatif</w:t>
            </w:r>
          </w:p>
        </w:tc>
        <w:tc>
          <w:tcPr>
            <w:tcW w:type="dxa" w:w="136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Avis</w:t>
            </w:r>
          </w:p>
        </w:tc>
        <w:tc>
          <w:tcPr>
            <w:tcW w:type="dxa" w:w="272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Indications</w:t>
            </w:r>
          </w:p>
        </w:tc>
        <w:tc>
          <w:tcPr>
            <w:tcW w:type="dxa" w:w="2268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Photo</w:t>
            </w:r>
          </w:p>
        </w:tc>
      </w:tr>
      <w:tr>
        <w:tc>
          <w:tcPr>
            <w:tcW w:type="dxa" w:w="187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Le Clos de Gatey</w:t>
            </w:r>
          </w:p>
        </w:tc>
        <w:tc>
          <w:tcPr>
            <w:tcW w:type="dxa" w:w="2154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Gatey</w:t>
            </w:r>
          </w:p>
        </w:tc>
        <w:tc>
          <w:tcPr>
            <w:tcW w:type="dxa" w:w="153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  <w:t>03 84 81 84 03</w:t>
            </w:r>
          </w:p>
        </w:tc>
        <w:tc>
          <w:tcPr>
            <w:tcW w:type="dxa" w:w="238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≈ 70 € / nuit ou ≈ 320 € / semaine</w:t>
            </w:r>
          </w:p>
        </w:tc>
        <w:tc>
          <w:tcPr>
            <w:tcW w:type="dxa" w:w="136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</w:r>
          </w:p>
        </w:tc>
        <w:tc>
          <w:tcPr>
            <w:tcW w:type="dxa" w:w="272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Gîte rural proche de Pleure ; photo à ajouter.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rPr>
                <w:i/>
                <w:sz w:val="18"/>
              </w:rPr>
              <w:t>Photo à ajouter</w:t>
            </w:r>
          </w:p>
        </w:tc>
      </w:tr>
    </w:tbl>
    <w:p/>
    <w:p>
      <w:pPr>
        <w:spacing w:before="160" w:after="80"/>
      </w:pPr>
      <w:r>
        <w:rPr>
          <w:b/>
          <w:color w:val="1F4E79"/>
          <w:sz w:val="26"/>
        </w:rPr>
        <w:t>Le Deschaux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457"/>
        <w:gridCol w:w="1457"/>
        <w:gridCol w:w="1457"/>
        <w:gridCol w:w="1457"/>
        <w:gridCol w:w="1457"/>
        <w:gridCol w:w="1457"/>
        <w:gridCol w:w="1457"/>
      </w:tblGrid>
      <w:tr>
        <w:trPr>
          <w:tblHeader w:val="true"/>
        </w:trPr>
        <w:tc>
          <w:tcPr>
            <w:tcW w:type="dxa" w:w="187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Gîte</w:t>
            </w:r>
          </w:p>
        </w:tc>
        <w:tc>
          <w:tcPr>
            <w:tcW w:type="dxa" w:w="2154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Adresse / lieu</w:t>
            </w:r>
          </w:p>
        </w:tc>
        <w:tc>
          <w:tcPr>
            <w:tcW w:type="dxa" w:w="153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Téléphone</w:t>
            </w:r>
          </w:p>
        </w:tc>
        <w:tc>
          <w:tcPr>
            <w:tcW w:type="dxa" w:w="238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Prix indicatif</w:t>
            </w:r>
          </w:p>
        </w:tc>
        <w:tc>
          <w:tcPr>
            <w:tcW w:type="dxa" w:w="136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Avis</w:t>
            </w:r>
          </w:p>
        </w:tc>
        <w:tc>
          <w:tcPr>
            <w:tcW w:type="dxa" w:w="272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Indications</w:t>
            </w:r>
          </w:p>
        </w:tc>
        <w:tc>
          <w:tcPr>
            <w:tcW w:type="dxa" w:w="2268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Photo</w:t>
            </w:r>
          </w:p>
        </w:tc>
      </w:tr>
      <w:tr>
        <w:tc>
          <w:tcPr>
            <w:tcW w:type="dxa" w:w="187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La Tanière du Jura</w:t>
            </w:r>
          </w:p>
        </w:tc>
        <w:tc>
          <w:tcPr>
            <w:tcW w:type="dxa" w:w="2154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Le Deschaux</w:t>
            </w:r>
          </w:p>
        </w:tc>
        <w:tc>
          <w:tcPr>
            <w:tcW w:type="dxa" w:w="153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  <w:t>06 12 53 33 45</w:t>
            </w:r>
          </w:p>
        </w:tc>
        <w:tc>
          <w:tcPr>
            <w:tcW w:type="dxa" w:w="238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≈ 80 € / nuit</w:t>
            </w:r>
          </w:p>
        </w:tc>
        <w:tc>
          <w:tcPr>
            <w:tcW w:type="dxa" w:w="136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</w:r>
          </w:p>
        </w:tc>
        <w:tc>
          <w:tcPr>
            <w:tcW w:type="dxa" w:w="272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Gîte nature ; photo à ajouter.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rPr>
                <w:i/>
                <w:sz w:val="18"/>
              </w:rPr>
              <w:t>Photo à ajouter</w:t>
            </w:r>
          </w:p>
        </w:tc>
      </w:tr>
      <w:tr>
        <w:tc>
          <w:tcPr>
            <w:tcW w:type="dxa" w:w="187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Gîte Guillemin</w:t>
            </w:r>
          </w:p>
        </w:tc>
        <w:tc>
          <w:tcPr>
            <w:tcW w:type="dxa" w:w="2154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Le Deschaux</w:t>
            </w:r>
          </w:p>
        </w:tc>
        <w:tc>
          <w:tcPr>
            <w:tcW w:type="dxa" w:w="153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  <w:t>06 36 21 69 68</w:t>
            </w:r>
          </w:p>
        </w:tc>
        <w:tc>
          <w:tcPr>
            <w:tcW w:type="dxa" w:w="238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À confirmer</w:t>
            </w:r>
          </w:p>
        </w:tc>
        <w:tc>
          <w:tcPr>
            <w:tcW w:type="dxa" w:w="136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</w:r>
          </w:p>
        </w:tc>
        <w:tc>
          <w:tcPr>
            <w:tcW w:type="dxa" w:w="272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Maison de vacances ; prix à vérifier ; photo à ajouter.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rPr>
                <w:i/>
                <w:sz w:val="18"/>
              </w:rPr>
              <w:t>Photo à ajouter</w:t>
            </w:r>
          </w:p>
        </w:tc>
      </w:tr>
    </w:tbl>
    <w:p/>
    <w:p>
      <w:pPr>
        <w:spacing w:before="160" w:after="80"/>
      </w:pPr>
      <w:r>
        <w:rPr>
          <w:b/>
          <w:color w:val="1F4E79"/>
          <w:sz w:val="26"/>
        </w:rPr>
        <w:t>Les Deux-Fays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457"/>
        <w:gridCol w:w="1457"/>
        <w:gridCol w:w="1457"/>
        <w:gridCol w:w="1457"/>
        <w:gridCol w:w="1457"/>
        <w:gridCol w:w="1457"/>
        <w:gridCol w:w="1457"/>
      </w:tblGrid>
      <w:tr>
        <w:trPr>
          <w:tblHeader w:val="true"/>
        </w:trPr>
        <w:tc>
          <w:tcPr>
            <w:tcW w:type="dxa" w:w="187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Gîte</w:t>
            </w:r>
          </w:p>
        </w:tc>
        <w:tc>
          <w:tcPr>
            <w:tcW w:type="dxa" w:w="2154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Adresse / lieu</w:t>
            </w:r>
          </w:p>
        </w:tc>
        <w:tc>
          <w:tcPr>
            <w:tcW w:type="dxa" w:w="153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Téléphone</w:t>
            </w:r>
          </w:p>
        </w:tc>
        <w:tc>
          <w:tcPr>
            <w:tcW w:type="dxa" w:w="238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Prix indicatif</w:t>
            </w:r>
          </w:p>
        </w:tc>
        <w:tc>
          <w:tcPr>
            <w:tcW w:type="dxa" w:w="136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Avis</w:t>
            </w:r>
          </w:p>
        </w:tc>
        <w:tc>
          <w:tcPr>
            <w:tcW w:type="dxa" w:w="272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Indications</w:t>
            </w:r>
          </w:p>
        </w:tc>
        <w:tc>
          <w:tcPr>
            <w:tcW w:type="dxa" w:w="2268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Photo</w:t>
            </w:r>
          </w:p>
        </w:tc>
      </w:tr>
      <w:tr>
        <w:tc>
          <w:tcPr>
            <w:tcW w:type="dxa" w:w="187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Petit Paradis Jurassien</w:t>
            </w:r>
          </w:p>
        </w:tc>
        <w:tc>
          <w:tcPr>
            <w:tcW w:type="dxa" w:w="2154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Les Deux-Fays</w:t>
            </w:r>
          </w:p>
        </w:tc>
        <w:tc>
          <w:tcPr>
            <w:tcW w:type="dxa" w:w="153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</w:r>
          </w:p>
        </w:tc>
        <w:tc>
          <w:tcPr>
            <w:tcW w:type="dxa" w:w="238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≈ 75–85 € / nuit</w:t>
            </w:r>
          </w:p>
        </w:tc>
        <w:tc>
          <w:tcPr>
            <w:tcW w:type="dxa" w:w="136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</w:r>
          </w:p>
        </w:tc>
        <w:tc>
          <w:tcPr>
            <w:tcW w:type="dxa" w:w="272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Maison / gîte ; téléphone à compléter ; photo à ajouter.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rPr>
                <w:i/>
                <w:sz w:val="18"/>
              </w:rPr>
              <w:t>Photo à ajouter</w:t>
            </w:r>
          </w:p>
        </w:tc>
      </w:tr>
    </w:tbl>
    <w:p/>
    <w:p>
      <w:pPr>
        <w:spacing w:before="160" w:after="80"/>
      </w:pPr>
      <w:r>
        <w:rPr>
          <w:b/>
          <w:color w:val="1F4E79"/>
          <w:sz w:val="26"/>
        </w:rPr>
        <w:t>Pleure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457"/>
        <w:gridCol w:w="1457"/>
        <w:gridCol w:w="1457"/>
        <w:gridCol w:w="1457"/>
        <w:gridCol w:w="1457"/>
        <w:gridCol w:w="1457"/>
        <w:gridCol w:w="1457"/>
      </w:tblGrid>
      <w:tr>
        <w:trPr>
          <w:tblHeader w:val="true"/>
        </w:trPr>
        <w:tc>
          <w:tcPr>
            <w:tcW w:type="dxa" w:w="187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Gîte</w:t>
            </w:r>
          </w:p>
        </w:tc>
        <w:tc>
          <w:tcPr>
            <w:tcW w:type="dxa" w:w="2154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Adresse / lieu</w:t>
            </w:r>
          </w:p>
        </w:tc>
        <w:tc>
          <w:tcPr>
            <w:tcW w:type="dxa" w:w="153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Téléphone</w:t>
            </w:r>
          </w:p>
        </w:tc>
        <w:tc>
          <w:tcPr>
            <w:tcW w:type="dxa" w:w="238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Prix indicatif</w:t>
            </w:r>
          </w:p>
        </w:tc>
        <w:tc>
          <w:tcPr>
            <w:tcW w:type="dxa" w:w="136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Avis</w:t>
            </w:r>
          </w:p>
        </w:tc>
        <w:tc>
          <w:tcPr>
            <w:tcW w:type="dxa" w:w="272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Indications</w:t>
            </w:r>
          </w:p>
        </w:tc>
        <w:tc>
          <w:tcPr>
            <w:tcW w:type="dxa" w:w="2268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Photo</w:t>
            </w:r>
          </w:p>
        </w:tc>
      </w:tr>
      <w:tr>
        <w:tc>
          <w:tcPr>
            <w:tcW w:type="dxa" w:w="187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Chambre indépendante cozy</w:t>
            </w:r>
          </w:p>
        </w:tc>
        <w:tc>
          <w:tcPr>
            <w:tcW w:type="dxa" w:w="2154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8 Grande Rue, Chaînée-des-Coupis (commune de Pleure)</w:t>
            </w:r>
          </w:p>
        </w:tc>
        <w:tc>
          <w:tcPr>
            <w:tcW w:type="dxa" w:w="153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</w:r>
          </w:p>
        </w:tc>
        <w:tc>
          <w:tcPr>
            <w:tcW w:type="dxa" w:w="238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≈ 65 € / nuit</w:t>
            </w:r>
          </w:p>
        </w:tc>
        <w:tc>
          <w:tcPr>
            <w:tcW w:type="dxa" w:w="136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  <w:t>9,1/10 – 25 avis</w:t>
            </w:r>
          </w:p>
        </w:tc>
        <w:tc>
          <w:tcPr>
            <w:tcW w:type="dxa" w:w="272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Chambre chez l’habitant, 2 personnes, terrasse, Wi‑Fi, parking privé gratuit.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24000" cy="550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chambre_cozy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550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87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Le Roselet</w:t>
            </w:r>
          </w:p>
        </w:tc>
        <w:tc>
          <w:tcPr>
            <w:tcW w:type="dxa" w:w="2154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1 rue de la Source, 39120 Pleure</w:t>
            </w:r>
          </w:p>
        </w:tc>
        <w:tc>
          <w:tcPr>
            <w:tcW w:type="dxa" w:w="153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  <w:t>03 84 87 22 55</w:t>
            </w:r>
          </w:p>
        </w:tc>
        <w:tc>
          <w:tcPr>
            <w:tcW w:type="dxa" w:w="238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Semaine basse saison : à partir de 450 € ; 2 nuits : à partir de 225 €</w:t>
            </w:r>
          </w:p>
        </w:tc>
        <w:tc>
          <w:tcPr>
            <w:tcW w:type="dxa" w:w="136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  <w:t>4,7/5 – 10 avis</w:t>
            </w:r>
          </w:p>
        </w:tc>
        <w:tc>
          <w:tcPr>
            <w:tcW w:type="dxa" w:w="272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3 chambres, 6 personnes, Wi‑Fi, gîte Gîtes de France.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24000" cy="91800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le_roselet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918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87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La Dorme</w:t>
            </w:r>
          </w:p>
        </w:tc>
        <w:tc>
          <w:tcPr>
            <w:tcW w:type="dxa" w:w="2154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1 rue de la Source, 39120 Pleure</w:t>
            </w:r>
          </w:p>
        </w:tc>
        <w:tc>
          <w:tcPr>
            <w:tcW w:type="dxa" w:w="153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  <w:t>03 84 87 22 55</w:t>
            </w:r>
          </w:p>
        </w:tc>
        <w:tc>
          <w:tcPr>
            <w:tcW w:type="dxa" w:w="238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Semaine basse saison : à partir de 480 € ; 2 nuits : à partir de 240 €</w:t>
            </w:r>
          </w:p>
        </w:tc>
        <w:tc>
          <w:tcPr>
            <w:tcW w:type="dxa" w:w="136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  <w:t>5/5 – avis récents ; 16 avis listés</w:t>
            </w:r>
          </w:p>
        </w:tc>
        <w:tc>
          <w:tcPr>
            <w:tcW w:type="dxa" w:w="272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3 chambres, 6 personnes, Wi‑Fi, gîte Gîtes de France.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24000" cy="918000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la_dorm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918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87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Gîte n°G2045</w:t>
            </w:r>
          </w:p>
        </w:tc>
        <w:tc>
          <w:tcPr>
            <w:tcW w:type="dxa" w:w="2154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39120 Pleure</w:t>
            </w:r>
          </w:p>
        </w:tc>
        <w:tc>
          <w:tcPr>
            <w:tcW w:type="dxa" w:w="153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  <w:t>03 84 87 22 55</w:t>
            </w:r>
          </w:p>
        </w:tc>
        <w:tc>
          <w:tcPr>
            <w:tcW w:type="dxa" w:w="238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Semaine basse saison : à partir de 500 € ; 3 nuits : à partir de 325 €</w:t>
            </w:r>
          </w:p>
        </w:tc>
        <w:tc>
          <w:tcPr>
            <w:tcW w:type="dxa" w:w="136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  <w:t>4,9/5 – 17 avis</w:t>
            </w:r>
          </w:p>
        </w:tc>
        <w:tc>
          <w:tcPr>
            <w:tcW w:type="dxa" w:w="272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2 chambres, 4 personnes, piscine privative, Wi‑Fi, pêche / randonnée.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24000" cy="91800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204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918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spacing w:before="160" w:after="80"/>
      </w:pPr>
      <w:r>
        <w:rPr>
          <w:b/>
          <w:color w:val="1F4E79"/>
          <w:sz w:val="26"/>
        </w:rPr>
        <w:t>Tassenières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457"/>
        <w:gridCol w:w="1457"/>
        <w:gridCol w:w="1457"/>
        <w:gridCol w:w="1457"/>
        <w:gridCol w:w="1457"/>
        <w:gridCol w:w="1457"/>
        <w:gridCol w:w="1457"/>
      </w:tblGrid>
      <w:tr>
        <w:trPr>
          <w:tblHeader w:val="true"/>
        </w:trPr>
        <w:tc>
          <w:tcPr>
            <w:tcW w:type="dxa" w:w="187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Gîte</w:t>
            </w:r>
          </w:p>
        </w:tc>
        <w:tc>
          <w:tcPr>
            <w:tcW w:type="dxa" w:w="2154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Adresse / lieu</w:t>
            </w:r>
          </w:p>
        </w:tc>
        <w:tc>
          <w:tcPr>
            <w:tcW w:type="dxa" w:w="153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Téléphone</w:t>
            </w:r>
          </w:p>
        </w:tc>
        <w:tc>
          <w:tcPr>
            <w:tcW w:type="dxa" w:w="238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Prix indicatif</w:t>
            </w:r>
          </w:p>
        </w:tc>
        <w:tc>
          <w:tcPr>
            <w:tcW w:type="dxa" w:w="136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Avis</w:t>
            </w:r>
          </w:p>
        </w:tc>
        <w:tc>
          <w:tcPr>
            <w:tcW w:type="dxa" w:w="2721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Indications</w:t>
            </w:r>
          </w:p>
        </w:tc>
        <w:tc>
          <w:tcPr>
            <w:tcW w:type="dxa" w:w="2268"/>
            <w:vAlign w:val="center"/>
            <w:shd w:fill="D9EAF7"/>
          </w:tcPr>
          <w:p>
            <w:pPr>
              <w:jc w:val="center"/>
            </w:pPr>
            <w:r>
              <w:rPr>
                <w:b/>
                <w:sz w:val="18"/>
              </w:rPr>
              <w:t>Photo</w:t>
            </w:r>
          </w:p>
        </w:tc>
      </w:tr>
      <w:tr>
        <w:tc>
          <w:tcPr>
            <w:tcW w:type="dxa" w:w="187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Chez Nath et Guy</w:t>
            </w:r>
          </w:p>
        </w:tc>
        <w:tc>
          <w:tcPr>
            <w:tcW w:type="dxa" w:w="2154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Tassenières</w:t>
            </w:r>
          </w:p>
        </w:tc>
        <w:tc>
          <w:tcPr>
            <w:tcW w:type="dxa" w:w="153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  <w:t>03 84 81 77 21</w:t>
            </w:r>
          </w:p>
        </w:tc>
        <w:tc>
          <w:tcPr>
            <w:tcW w:type="dxa" w:w="238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≈ 65 € / nuit</w:t>
            </w:r>
          </w:p>
        </w:tc>
        <w:tc>
          <w:tcPr>
            <w:tcW w:type="dxa" w:w="1361"/>
            <w:vAlign w:val="center"/>
          </w:tcPr>
          <w:p>
            <w:pPr>
              <w:spacing w:after="0" w:before="0"/>
              <w:jc w:val="center"/>
            </w:pPr>
            <w:r>
              <w:rPr>
                <w:sz w:val="18"/>
              </w:rPr>
            </w:r>
          </w:p>
        </w:tc>
        <w:tc>
          <w:tcPr>
            <w:tcW w:type="dxa" w:w="2721"/>
            <w:vAlign w:val="center"/>
          </w:tcPr>
          <w:p>
            <w:pPr>
              <w:spacing w:after="0" w:before="0"/>
              <w:jc w:val="left"/>
            </w:pPr>
            <w:r>
              <w:rPr>
                <w:sz w:val="18"/>
              </w:rPr>
              <w:t>Chambre d’hôtes ; petit-déjeuner probable ; photo à ajouter.</w:t>
            </w:r>
          </w:p>
        </w:tc>
        <w:tc>
          <w:tcPr>
            <w:tcW w:type="dxa" w:w="2268"/>
            <w:vAlign w:val="center"/>
          </w:tcPr>
          <w:p>
            <w:pPr>
              <w:jc w:val="center"/>
            </w:pPr>
            <w:r>
              <w:rPr>
                <w:i/>
                <w:sz w:val="18"/>
              </w:rPr>
              <w:t>Photo à ajouter</w:t>
            </w:r>
          </w:p>
        </w:tc>
      </w:tr>
    </w:tbl>
    <w:p/>
    <w:p/>
    <w:p>
      <w:pPr>
        <w:pStyle w:val="Heading1"/>
      </w:pPr>
      <w:r>
        <w:t>Chaînée-des-Coupis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457"/>
        <w:gridCol w:w="1457"/>
        <w:gridCol w:w="1457"/>
        <w:gridCol w:w="1457"/>
        <w:gridCol w:w="1457"/>
        <w:gridCol w:w="1457"/>
        <w:gridCol w:w="1457"/>
      </w:tblGrid>
      <w:tr>
        <w:tc>
          <w:tcPr>
            <w:tcW w:type="dxa" w:w="1457"/>
          </w:tcPr>
          <w:p>
            <w:r>
              <w:t>Gîte</w:t>
            </w:r>
          </w:p>
        </w:tc>
        <w:tc>
          <w:tcPr>
            <w:tcW w:type="dxa" w:w="1457"/>
          </w:tcPr>
          <w:p>
            <w:r>
              <w:t>Adresse / lieu</w:t>
            </w:r>
          </w:p>
        </w:tc>
        <w:tc>
          <w:tcPr>
            <w:tcW w:type="dxa" w:w="1457"/>
          </w:tcPr>
          <w:p>
            <w:r>
              <w:t>Téléphone</w:t>
            </w:r>
          </w:p>
        </w:tc>
        <w:tc>
          <w:tcPr>
            <w:tcW w:type="dxa" w:w="1457"/>
          </w:tcPr>
          <w:p>
            <w:r>
              <w:t>Prix indicatif</w:t>
            </w:r>
          </w:p>
        </w:tc>
        <w:tc>
          <w:tcPr>
            <w:tcW w:type="dxa" w:w="1457"/>
          </w:tcPr>
          <w:p>
            <w:r>
              <w:t>Avis</w:t>
            </w:r>
          </w:p>
        </w:tc>
        <w:tc>
          <w:tcPr>
            <w:tcW w:type="dxa" w:w="1457"/>
          </w:tcPr>
          <w:p>
            <w:r>
              <w:t>Indications</w:t>
            </w:r>
          </w:p>
        </w:tc>
        <w:tc>
          <w:tcPr>
            <w:tcW w:type="dxa" w:w="1457"/>
          </w:tcPr>
          <w:p>
            <w:r>
              <w:t>Photo</w:t>
            </w:r>
          </w:p>
        </w:tc>
      </w:tr>
      <w:tr>
        <w:tc>
          <w:tcPr>
            <w:tcW w:type="dxa" w:w="1457"/>
          </w:tcPr>
          <w:p>
            <w:r>
              <w:t>Chambre indépendante cozy</w:t>
            </w:r>
          </w:p>
        </w:tc>
        <w:tc>
          <w:tcPr>
            <w:tcW w:type="dxa" w:w="1457"/>
          </w:tcPr>
          <w:p>
            <w:r>
              <w:t>8 Grande Rue, Chaînée-des-Coupis (commune de Pleure)</w:t>
            </w:r>
          </w:p>
        </w:tc>
        <w:tc>
          <w:tcPr>
            <w:tcW w:type="dxa" w:w="1457"/>
          </w:tcPr>
          <w:p>
            <w:r/>
          </w:p>
        </w:tc>
        <w:tc>
          <w:tcPr>
            <w:tcW w:type="dxa" w:w="1457"/>
          </w:tcPr>
          <w:p>
            <w:r>
              <w:t>≈ 65 € / nuit</w:t>
            </w:r>
          </w:p>
        </w:tc>
        <w:tc>
          <w:tcPr>
            <w:tcW w:type="dxa" w:w="1457"/>
          </w:tcPr>
          <w:p>
            <w:r>
              <w:t>9,1/10 – 25 avis</w:t>
            </w:r>
          </w:p>
        </w:tc>
        <w:tc>
          <w:tcPr>
            <w:tcW w:type="dxa" w:w="1457"/>
          </w:tcPr>
          <w:p>
            <w:r>
              <w:t>Chambre chez l’habitant, 2 personnes, terrasse, Wi‑Fi, parking privé gratuit.</w:t>
            </w:r>
          </w:p>
        </w:tc>
        <w:tc>
          <w:tcPr>
            <w:tcW w:type="dxa" w:w="1457"/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1152000" cy="51840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518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 w:rsidR="00FC693F" w:rsidRPr="0006063C" w:rsidSect="00034616">
      <w:pgSz w:w="12240" w:h="15840"/>
      <w:pgMar w:top="907" w:right="1020" w:bottom="907" w:left="10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